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7D" w:rsidRDefault="009B72EC">
      <w:pPr>
        <w:autoSpaceDE w:val="0"/>
        <w:autoSpaceDN w:val="0"/>
        <w:spacing w:after="332" w:line="220" w:lineRule="exact"/>
      </w:pPr>
      <w:r>
        <w:rPr>
          <w:noProof/>
          <w:lang w:val="ru-RU"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4120" cy="1069256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692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5B7D" w:rsidRPr="00064A60" w:rsidRDefault="008E1F06" w:rsidP="00064A60">
      <w:pPr>
        <w:tabs>
          <w:tab w:val="left" w:pos="5524"/>
          <w:tab w:val="left" w:pos="5570"/>
          <w:tab w:val="left" w:pos="6492"/>
          <w:tab w:val="left" w:pos="6544"/>
          <w:tab w:val="left" w:pos="6684"/>
        </w:tabs>
        <w:autoSpaceDE w:val="0"/>
        <w:autoSpaceDN w:val="0"/>
        <w:spacing w:before="14" w:after="0" w:line="234" w:lineRule="exact"/>
        <w:ind w:left="5496" w:right="432"/>
        <w:rPr>
          <w:lang w:val="ru-RU"/>
        </w:rPr>
      </w:pPr>
      <w:r>
        <w:rPr>
          <w:noProof/>
          <w:lang w:val="ru-RU" w:eastAsia="ru-RU"/>
        </w:rPr>
        <w:pict>
          <v:rect id="_x0000_s1026" style="position:absolute;left:0;text-align:left;margin-left:-11.75pt;margin-top:9.9pt;width:205.65pt;height:105.25pt;z-index:251659264">
            <v:textbox>
              <w:txbxContent>
                <w:p w:rsidR="008E1F06" w:rsidRDefault="008E1F0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</w:p>
                <w:p w:rsidR="008E1F06" w:rsidRDefault="008E1F0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 w:rsidRPr="008E1F06">
                    <w:rPr>
                      <w:rFonts w:ascii="Times New Roman" w:hAnsi="Times New Roman" w:cs="Times New Roman"/>
                      <w:lang w:val="ru-RU"/>
                    </w:rPr>
                    <w:t>Регистрационный №__</w:t>
                  </w:r>
                  <w:r>
                    <w:rPr>
                      <w:rFonts w:ascii="Times New Roman" w:hAnsi="Times New Roman" w:cs="Times New Roman"/>
                      <w:lang w:val="ru-RU"/>
                    </w:rPr>
                    <w:t>_____________</w:t>
                  </w:r>
                </w:p>
                <w:p w:rsidR="008E1F06" w:rsidRPr="008E1F06" w:rsidRDefault="008E1F06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lang w:val="ru-RU"/>
                    </w:rPr>
                    <w:t>от «___»________________20_____г</w:t>
                  </w:r>
                </w:p>
              </w:txbxContent>
            </v:textbox>
          </v:rect>
        </w:pict>
      </w:r>
      <w:r w:rsidR="00064A60">
        <w:tab/>
      </w:r>
      <w:r w:rsidR="009B72EC">
        <w:tab/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Директору МОБУ </w:t>
      </w:r>
      <w:r w:rsid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лицей с</w:t>
      </w:r>
      <w:proofErr w:type="gramStart"/>
      <w:r w:rsid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.Б</w:t>
      </w:r>
      <w:proofErr w:type="gramEnd"/>
      <w:r w:rsid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улгаково</w:t>
      </w:r>
      <w:r w:rsidR="00064A60">
        <w:rPr>
          <w:lang w:val="ru-RU"/>
        </w:rPr>
        <w:br/>
      </w:r>
      <w:r w:rsidR="00064A60">
        <w:rPr>
          <w:lang w:val="ru-RU"/>
        </w:rPr>
        <w:tab/>
        <w:t xml:space="preserve"> 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Наталье Александровне Полищук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="009B72EC" w:rsidRPr="00064A60">
        <w:rPr>
          <w:lang w:val="ru-RU"/>
        </w:rPr>
        <w:br/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______________________________________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064A60">
        <w:rPr>
          <w:rFonts w:ascii="Times New Roman" w:eastAsia="Times New Roman" w:hAnsi="Times New Roman"/>
          <w:color w:val="000009"/>
          <w:spacing w:val="-10"/>
          <w:sz w:val="16"/>
          <w:szCs w:val="16"/>
          <w:lang w:val="ru-RU"/>
        </w:rPr>
        <w:t xml:space="preserve">     (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16"/>
          <w:szCs w:val="16"/>
          <w:lang w:val="ru-RU"/>
        </w:rPr>
        <w:t>фамилия, имя, отчество родителей</w:t>
      </w:r>
      <w:r w:rsidR="00064A60">
        <w:rPr>
          <w:rFonts w:ascii="Times New Roman" w:eastAsia="Times New Roman" w:hAnsi="Times New Roman"/>
          <w:color w:val="000009"/>
          <w:spacing w:val="-10"/>
          <w:sz w:val="16"/>
          <w:szCs w:val="16"/>
          <w:lang w:val="ru-RU"/>
        </w:rPr>
        <w:t>)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="009B72EC" w:rsidRPr="00064A60">
        <w:rPr>
          <w:lang w:val="ru-RU"/>
        </w:rPr>
        <w:br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 </w:t>
      </w:r>
      <w:r w:rsidR="009B72EC" w:rsidRPr="00064A60">
        <w:rPr>
          <w:lang w:val="ru-RU"/>
        </w:rPr>
        <w:br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Адрес   места   жительства  и (или)  адрес  места </w:t>
      </w:r>
    </w:p>
    <w:p w:rsidR="00A15B7D" w:rsidRPr="00064A60" w:rsidRDefault="00064A60" w:rsidP="00064A60">
      <w:pPr>
        <w:tabs>
          <w:tab w:val="left" w:pos="5670"/>
        </w:tabs>
        <w:autoSpaceDE w:val="0"/>
        <w:autoSpaceDN w:val="0"/>
        <w:spacing w:after="0" w:line="208" w:lineRule="exact"/>
        <w:ind w:right="530"/>
        <w:jc w:val="center"/>
        <w:rPr>
          <w:lang w:val="ru-RU"/>
        </w:rPr>
      </w:pP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                                                                                                              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пребывания       родителя (ей)      (законног</w:t>
      </w:r>
      <w:proofErr w:type="gramStart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о(</w:t>
      </w:r>
      <w:proofErr w:type="spellStart"/>
      <w:proofErr w:type="gramEnd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ых</w:t>
      </w:r>
      <w:proofErr w:type="spellEnd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) </w:t>
      </w:r>
    </w:p>
    <w:p w:rsidR="00A15B7D" w:rsidRPr="00064A60" w:rsidRDefault="00064A60" w:rsidP="00064A60">
      <w:pPr>
        <w:tabs>
          <w:tab w:val="left" w:pos="5400"/>
          <w:tab w:val="left" w:pos="5418"/>
          <w:tab w:val="left" w:pos="5422"/>
          <w:tab w:val="left" w:pos="5468"/>
          <w:tab w:val="left" w:pos="5524"/>
          <w:tab w:val="left" w:pos="5552"/>
          <w:tab w:val="left" w:pos="6296"/>
          <w:tab w:val="left" w:pos="7780"/>
        </w:tabs>
        <w:autoSpaceDE w:val="0"/>
        <w:autoSpaceDN w:val="0"/>
        <w:spacing w:before="4" w:after="0" w:line="232" w:lineRule="exact"/>
        <w:ind w:left="5348" w:right="132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представител</w:t>
      </w:r>
      <w:proofErr w:type="gramStart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я(</w:t>
      </w:r>
      <w:proofErr w:type="gramEnd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ей) ребенка___________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 </w:t>
      </w:r>
      <w:r>
        <w:rPr>
          <w:lang w:val="ru-RU"/>
        </w:rPr>
        <w:br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Адрес места жительства и адрес места          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пребывания ребенка: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 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____________________________________</w:t>
      </w:r>
      <w:r w:rsidR="009B72EC" w:rsidRPr="00064A60">
        <w:rPr>
          <w:lang w:val="ru-RU"/>
        </w:rPr>
        <w:br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Адре</w:t>
      </w:r>
      <w:proofErr w:type="gramStart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с(</w:t>
      </w:r>
      <w:proofErr w:type="gramEnd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а) электронной почты  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 </w:t>
      </w:r>
      <w:r w:rsidR="009B72EC" w:rsidRPr="00064A60">
        <w:rPr>
          <w:lang w:val="ru-RU"/>
        </w:rPr>
        <w:br/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 </w:t>
      </w:r>
      <w:r w:rsidR="009B72EC" w:rsidRPr="00064A60">
        <w:rPr>
          <w:lang w:val="ru-RU"/>
        </w:rPr>
        <w:br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Контактный       телефон    родителей   (законных  </w:t>
      </w:r>
      <w:r w:rsidR="009B72EC" w:rsidRPr="00064A60">
        <w:rPr>
          <w:lang w:val="ru-RU"/>
        </w:rPr>
        <w:br/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представителей) ребенка  ____________________</w:t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="009B72EC" w:rsidRPr="00064A60">
        <w:rPr>
          <w:lang w:val="ru-RU"/>
        </w:rPr>
        <w:br/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</w:t>
      </w:r>
      <w:proofErr w:type="spellStart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дом.тел</w:t>
      </w:r>
      <w:proofErr w:type="spellEnd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.___________________________________ </w:t>
      </w:r>
      <w:r w:rsidR="009B72EC" w:rsidRPr="00064A60">
        <w:rPr>
          <w:lang w:val="ru-RU"/>
        </w:rPr>
        <w:br/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</w:t>
      </w:r>
      <w:proofErr w:type="spellStart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моб.тел</w:t>
      </w:r>
      <w:proofErr w:type="spellEnd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.___________________________________ </w:t>
      </w:r>
      <w:r w:rsidR="009B72EC" w:rsidRPr="00064A60">
        <w:rPr>
          <w:lang w:val="ru-RU"/>
        </w:rPr>
        <w:br/>
      </w:r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рабочий</w:t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тел._______________________________ </w:t>
      </w:r>
    </w:p>
    <w:p w:rsidR="00A15B7D" w:rsidRPr="00064A60" w:rsidRDefault="009B72EC">
      <w:pPr>
        <w:autoSpaceDE w:val="0"/>
        <w:autoSpaceDN w:val="0"/>
        <w:spacing w:before="198" w:after="0" w:line="276" w:lineRule="exact"/>
        <w:ind w:right="4578"/>
        <w:jc w:val="right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 xml:space="preserve">ЗАЯВЛЕНИЕ </w:t>
      </w:r>
    </w:p>
    <w:p w:rsidR="00A15B7D" w:rsidRPr="00064A60" w:rsidRDefault="009B72EC">
      <w:pPr>
        <w:autoSpaceDE w:val="0"/>
        <w:autoSpaceDN w:val="0"/>
        <w:spacing w:before="178" w:after="0" w:line="234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Прошу зачислить мою дочь/моего сына__________________________________________________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______, </w:t>
      </w:r>
    </w:p>
    <w:p w:rsidR="00A15B7D" w:rsidRPr="00064A60" w:rsidRDefault="009B72EC">
      <w:pPr>
        <w:autoSpaceDE w:val="0"/>
        <w:autoSpaceDN w:val="0"/>
        <w:spacing w:after="0" w:line="152" w:lineRule="exact"/>
        <w:ind w:left="205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(нужное подчеркнуть)                                         (Фамилия, Имя, Отчество ребенка) </w:t>
      </w:r>
    </w:p>
    <w:p w:rsidR="00A15B7D" w:rsidRPr="00064A60" w:rsidRDefault="009B72EC">
      <w:pPr>
        <w:autoSpaceDE w:val="0"/>
        <w:autoSpaceDN w:val="0"/>
        <w:spacing w:before="76" w:after="0" w:line="246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___________________________________________________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_________________, </w:t>
      </w:r>
    </w:p>
    <w:p w:rsidR="00A15B7D" w:rsidRPr="00064A60" w:rsidRDefault="009B72EC">
      <w:pPr>
        <w:autoSpaceDE w:val="0"/>
        <w:autoSpaceDN w:val="0"/>
        <w:spacing w:after="0" w:line="216" w:lineRule="exact"/>
        <w:ind w:left="262"/>
        <w:rPr>
          <w:lang w:val="ru-RU"/>
        </w:rPr>
      </w:pPr>
      <w:proofErr w:type="spellStart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__________________года</w:t>
      </w:r>
      <w:proofErr w:type="spellEnd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рождения, в </w:t>
      </w:r>
      <w:proofErr w:type="spellStart"/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______класс</w:t>
      </w:r>
      <w:proofErr w:type="spellEnd"/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МОБУ лицей с</w:t>
      </w:r>
      <w:proofErr w:type="gramStart"/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.Б</w:t>
      </w:r>
      <w:proofErr w:type="gramEnd"/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улгаково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</w:p>
    <w:p w:rsidR="00A15B7D" w:rsidRPr="00064A60" w:rsidRDefault="009B72EC">
      <w:pPr>
        <w:autoSpaceDE w:val="0"/>
        <w:autoSpaceDN w:val="0"/>
        <w:spacing w:after="0" w:line="152" w:lineRule="exact"/>
        <w:ind w:left="588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(число, месяц, год) </w:t>
      </w:r>
    </w:p>
    <w:p w:rsidR="00A15B7D" w:rsidRPr="00064A60" w:rsidRDefault="009B72EC">
      <w:pPr>
        <w:autoSpaceDE w:val="0"/>
        <w:autoSpaceDN w:val="0"/>
        <w:spacing w:before="82" w:after="0" w:line="264" w:lineRule="exact"/>
        <w:ind w:left="262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 xml:space="preserve">Дополнительные сведения </w:t>
      </w:r>
    </w:p>
    <w:p w:rsidR="00A15B7D" w:rsidRPr="00064A60" w:rsidRDefault="009B72EC">
      <w:pPr>
        <w:autoSpaceDE w:val="0"/>
        <w:autoSpaceDN w:val="0"/>
        <w:spacing w:after="0" w:line="212" w:lineRule="exact"/>
        <w:ind w:left="262" w:right="576"/>
        <w:rPr>
          <w:lang w:val="ru-RU"/>
        </w:rPr>
      </w:pP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Имею преимущественное право: да/нет 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_______________________________________________________________________________________</w:t>
      </w:r>
      <w:r w:rsid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__________</w:t>
      </w: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______ </w:t>
      </w:r>
    </w:p>
    <w:p w:rsidR="00A15B7D" w:rsidRPr="00064A60" w:rsidRDefault="009B72EC">
      <w:pPr>
        <w:autoSpaceDE w:val="0"/>
        <w:autoSpaceDN w:val="0"/>
        <w:spacing w:after="0" w:line="152" w:lineRule="exact"/>
        <w:ind w:left="636"/>
        <w:rPr>
          <w:lang w:val="ru-RU"/>
        </w:rPr>
      </w:pPr>
      <w:proofErr w:type="gramStart"/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>(Нужное подчеркнуть.</w:t>
      </w:r>
      <w:proofErr w:type="gramEnd"/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</w:t>
      </w:r>
      <w:proofErr w:type="gramStart"/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Если «да» - указать ФИО (при наличии) братьев и (или) сестер, совместно проживающих с ребенком и посещающих Организацию) </w:t>
      </w:r>
      <w:proofErr w:type="gramEnd"/>
    </w:p>
    <w:p w:rsidR="00A15B7D" w:rsidRPr="00064A60" w:rsidRDefault="009B72EC">
      <w:pPr>
        <w:autoSpaceDE w:val="0"/>
        <w:autoSpaceDN w:val="0"/>
        <w:spacing w:before="72" w:after="0" w:line="248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Имею внеочередное или первоочередное право на зачисление в Организацию: да/нет </w:t>
      </w:r>
    </w:p>
    <w:p w:rsidR="00A15B7D" w:rsidRPr="00064A60" w:rsidRDefault="009B72EC">
      <w:pPr>
        <w:autoSpaceDE w:val="0"/>
        <w:autoSpaceDN w:val="0"/>
        <w:spacing w:after="0" w:line="216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______________________________________________________________________________________</w:t>
      </w:r>
      <w:r w:rsid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__________</w:t>
      </w: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</w:t>
      </w:r>
    </w:p>
    <w:p w:rsidR="00A15B7D" w:rsidRPr="00064A60" w:rsidRDefault="009B72EC">
      <w:pPr>
        <w:autoSpaceDE w:val="0"/>
        <w:autoSpaceDN w:val="0"/>
        <w:spacing w:after="0" w:line="152" w:lineRule="exact"/>
        <w:ind w:left="1374"/>
        <w:rPr>
          <w:lang w:val="ru-RU"/>
        </w:rPr>
      </w:pPr>
      <w:proofErr w:type="gramStart"/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>(Нужное подчеркнуть.</w:t>
      </w:r>
      <w:proofErr w:type="gramEnd"/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</w:t>
      </w:r>
      <w:proofErr w:type="gramStart"/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>Если «да» - указать основание подтверждающие внеочередное или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первоочередное право на зачисление) </w:t>
      </w:r>
      <w:proofErr w:type="gramEnd"/>
    </w:p>
    <w:p w:rsidR="00A15B7D" w:rsidRPr="00064A60" w:rsidRDefault="009B72EC">
      <w:pPr>
        <w:autoSpaceDE w:val="0"/>
        <w:autoSpaceDN w:val="0"/>
        <w:spacing w:before="100" w:after="0" w:line="224" w:lineRule="exact"/>
        <w:ind w:left="262" w:right="432" w:firstLine="708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На основании статьи 14 (ч.6) Федерального закона от 29.12.2012 № 273-ФЗ «Об образовании в Российской Федерации» прошу организовать для моего ребенка 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___________________________________________________________________</w:t>
      </w:r>
      <w:r w:rsid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__________________, </w:t>
      </w:r>
    </w:p>
    <w:p w:rsidR="00A15B7D" w:rsidRPr="00064A60" w:rsidRDefault="009B72EC">
      <w:pPr>
        <w:autoSpaceDE w:val="0"/>
        <w:autoSpaceDN w:val="0"/>
        <w:spacing w:after="0" w:line="150" w:lineRule="exact"/>
        <w:ind w:right="4286"/>
        <w:jc w:val="right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(фамилия, имя, отчество ребенка) </w:t>
      </w:r>
    </w:p>
    <w:p w:rsidR="00A15B7D" w:rsidRPr="00064A60" w:rsidRDefault="006A0B9A">
      <w:pPr>
        <w:autoSpaceDE w:val="0"/>
        <w:autoSpaceDN w:val="0"/>
        <w:spacing w:before="76" w:after="0" w:line="246" w:lineRule="exact"/>
        <w:ind w:left="262" w:right="3888"/>
        <w:rPr>
          <w:lang w:val="ru-RU"/>
        </w:rPr>
      </w:pPr>
      <w:proofErr w:type="gramStart"/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поступающего</w:t>
      </w:r>
      <w:proofErr w:type="gramEnd"/>
      <w:r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в </w:t>
      </w:r>
      <w:proofErr w:type="spellStart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__________класс</w:t>
      </w:r>
      <w:proofErr w:type="spellEnd"/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, </w:t>
      </w:r>
      <w:r w:rsidR="009B72EC" w:rsidRPr="00064A60">
        <w:rPr>
          <w:lang w:val="ru-RU"/>
        </w:rPr>
        <w:br/>
      </w:r>
      <w:r w:rsidR="009B72EC"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обучение на____________________________________ языке/языках; </w:t>
      </w:r>
    </w:p>
    <w:p w:rsidR="00A15B7D" w:rsidRPr="00064A60" w:rsidRDefault="009B72EC">
      <w:pPr>
        <w:autoSpaceDE w:val="0"/>
        <w:autoSpaceDN w:val="0"/>
        <w:spacing w:after="0" w:line="210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изучение родного_______________________________ языка и родной литературы (литературного чтения) </w:t>
      </w:r>
      <w:proofErr w:type="gramStart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на</w:t>
      </w:r>
      <w:proofErr w:type="gramEnd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</w:p>
    <w:p w:rsidR="00A15B7D" w:rsidRPr="00064A60" w:rsidRDefault="009B72EC">
      <w:pPr>
        <w:autoSpaceDE w:val="0"/>
        <w:autoSpaceDN w:val="0"/>
        <w:spacing w:after="0" w:line="242" w:lineRule="exact"/>
        <w:ind w:left="262" w:right="2016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родном </w:t>
      </w:r>
      <w:proofErr w:type="spellStart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__________________________________</w:t>
      </w:r>
      <w:proofErr w:type="gramStart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языке</w:t>
      </w:r>
      <w:proofErr w:type="spellEnd"/>
      <w:proofErr w:type="gramEnd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; 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башкирского языка как государственного Республики Башкортостан _____(указать да/нет) </w:t>
      </w:r>
    </w:p>
    <w:p w:rsidR="00A15B7D" w:rsidRPr="00064A60" w:rsidRDefault="009B72EC" w:rsidP="006A0B9A">
      <w:pPr>
        <w:autoSpaceDE w:val="0"/>
        <w:autoSpaceDN w:val="0"/>
        <w:spacing w:before="196" w:after="0" w:line="262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Сведения о потребности ребенка или поступающего в </w:t>
      </w:r>
      <w:proofErr w:type="gramStart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обучении</w:t>
      </w:r>
      <w:proofErr w:type="gramEnd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по адаптированной образовательной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программе и (или) в создани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и специальных условий для организации обучения и воспитания обучающегося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с ограниченными возможностями здоровья в соответствии с заключением психолого-педагогической комиссии (при наличии) или инвалида (ребенка-инвалида)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в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соответствии с индивидуальной пр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ограммой реабилитации; 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________________________________________________________________________________________ </w:t>
      </w:r>
    </w:p>
    <w:p w:rsidR="00A15B7D" w:rsidRPr="00064A60" w:rsidRDefault="009B72EC">
      <w:pPr>
        <w:autoSpaceDE w:val="0"/>
        <w:autoSpaceDN w:val="0"/>
        <w:spacing w:after="0" w:line="150" w:lineRule="exact"/>
        <w:ind w:right="3858"/>
        <w:jc w:val="right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(указать номер заключения ПМПК, дату выдачи) </w:t>
      </w:r>
    </w:p>
    <w:p w:rsidR="00A15B7D" w:rsidRPr="00064A60" w:rsidRDefault="009B72EC" w:rsidP="006A0B9A">
      <w:pPr>
        <w:tabs>
          <w:tab w:val="left" w:pos="970"/>
        </w:tabs>
        <w:autoSpaceDE w:val="0"/>
        <w:autoSpaceDN w:val="0"/>
        <w:spacing w:before="108" w:after="0" w:line="220" w:lineRule="exact"/>
        <w:ind w:left="262" w:right="576"/>
        <w:jc w:val="both"/>
        <w:rPr>
          <w:lang w:val="ru-RU"/>
        </w:rPr>
      </w:pP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Согласие родител</w:t>
      </w:r>
      <w:proofErr w:type="gramStart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я(</w:t>
      </w:r>
      <w:proofErr w:type="gramEnd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ей) (законного(</w:t>
      </w:r>
      <w:proofErr w:type="spellStart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ых</w:t>
      </w:r>
      <w:proofErr w:type="spellEnd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) представителя(ей) ребенка на обучение ребенка по адаптиров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анной образовательной программе (в случае необходимости обучения ребенка по адаптированной 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образовательной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программе)________(указать да/нет) </w:t>
      </w:r>
    </w:p>
    <w:p w:rsidR="00A15B7D" w:rsidRPr="00064A60" w:rsidRDefault="009B72EC">
      <w:pPr>
        <w:autoSpaceDE w:val="0"/>
        <w:autoSpaceDN w:val="0"/>
        <w:spacing w:after="6" w:line="220" w:lineRule="exact"/>
        <w:ind w:left="970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 xml:space="preserve">С лицензией на осуществление образовательной деятельности, со свидетельством о </w:t>
      </w:r>
    </w:p>
    <w:tbl>
      <w:tblPr>
        <w:tblW w:w="0" w:type="auto"/>
        <w:tblInd w:w="120" w:type="dxa"/>
        <w:tblLayout w:type="fixed"/>
        <w:tblLook w:val="04A0"/>
      </w:tblPr>
      <w:tblGrid>
        <w:gridCol w:w="1800"/>
        <w:gridCol w:w="1600"/>
        <w:gridCol w:w="360"/>
        <w:gridCol w:w="980"/>
        <w:gridCol w:w="1800"/>
        <w:gridCol w:w="1460"/>
        <w:gridCol w:w="340"/>
        <w:gridCol w:w="1460"/>
      </w:tblGrid>
      <w:tr w:rsidR="00A15B7D">
        <w:trPr>
          <w:trHeight w:hRule="exact" w:val="230"/>
        </w:trPr>
        <w:tc>
          <w:tcPr>
            <w:tcW w:w="18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proofErr w:type="spellStart"/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>государственной</w:t>
            </w:r>
            <w:proofErr w:type="spellEnd"/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 </w:t>
            </w:r>
          </w:p>
        </w:tc>
        <w:tc>
          <w:tcPr>
            <w:tcW w:w="16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аккредитации, </w:t>
            </w: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с </w:t>
            </w:r>
          </w:p>
        </w:tc>
        <w:tc>
          <w:tcPr>
            <w:tcW w:w="98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уставом </w:t>
            </w:r>
          </w:p>
        </w:tc>
        <w:tc>
          <w:tcPr>
            <w:tcW w:w="18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образовательной </w:t>
            </w:r>
          </w:p>
        </w:tc>
        <w:tc>
          <w:tcPr>
            <w:tcW w:w="146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организации, 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jc w:val="center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с </w:t>
            </w:r>
          </w:p>
        </w:tc>
        <w:tc>
          <w:tcPr>
            <w:tcW w:w="146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4" w:after="0" w:line="220" w:lineRule="exact"/>
              <w:ind w:left="122"/>
            </w:pPr>
            <w:r>
              <w:rPr>
                <w:rFonts w:ascii="Times New Roman,Bold" w:eastAsia="Times New Roman,Bold" w:hAnsi="Times New Roman,Bold"/>
                <w:b/>
                <w:color w:val="000009"/>
                <w:spacing w:val="-10"/>
                <w:sz w:val="20"/>
              </w:rPr>
              <w:t xml:space="preserve">основными </w:t>
            </w:r>
          </w:p>
        </w:tc>
      </w:tr>
    </w:tbl>
    <w:p w:rsidR="00A15B7D" w:rsidRPr="00064A60" w:rsidRDefault="009B72EC">
      <w:pPr>
        <w:autoSpaceDE w:val="0"/>
        <w:autoSpaceDN w:val="0"/>
        <w:spacing w:after="0" w:line="228" w:lineRule="exact"/>
        <w:ind w:left="262" w:right="432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>н(</w:t>
      </w:r>
      <w:proofErr w:type="gramEnd"/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>а).</w:t>
      </w:r>
    </w:p>
    <w:p w:rsidR="00A15B7D" w:rsidRPr="00064A60" w:rsidRDefault="009B72EC">
      <w:pPr>
        <w:autoSpaceDE w:val="0"/>
        <w:autoSpaceDN w:val="0"/>
        <w:spacing w:before="206" w:after="0" w:line="276" w:lineRule="exact"/>
        <w:ind w:left="262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9"/>
          <w:spacing w:val="-10"/>
          <w:sz w:val="20"/>
          <w:lang w:val="ru-RU"/>
        </w:rPr>
        <w:t xml:space="preserve">_____________                        ________________                                         ________________________________ </w:t>
      </w:r>
    </w:p>
    <w:p w:rsidR="00A15B7D" w:rsidRPr="00064A60" w:rsidRDefault="009B72EC">
      <w:pPr>
        <w:tabs>
          <w:tab w:val="left" w:pos="3420"/>
        </w:tabs>
        <w:autoSpaceDE w:val="0"/>
        <w:autoSpaceDN w:val="0"/>
        <w:spacing w:before="54" w:after="0" w:line="172" w:lineRule="exact"/>
        <w:ind w:left="718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дата </w:t>
      </w:r>
      <w:r w:rsidR="006A0B9A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                                                                         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подпись                                                                                                    </w:t>
      </w:r>
      <w:r w:rsidR="006A0B9A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</w:t>
      </w:r>
      <w:r w:rsidR="00F938C9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           </w:t>
      </w:r>
      <w:r w:rsidR="006A0B9A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>расшифровка п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одписи </w:t>
      </w:r>
    </w:p>
    <w:p w:rsidR="00A15B7D" w:rsidRPr="00064A60" w:rsidRDefault="00A15B7D">
      <w:pPr>
        <w:rPr>
          <w:lang w:val="ru-RU"/>
        </w:rPr>
        <w:sectPr w:rsidR="00A15B7D" w:rsidRPr="00064A60">
          <w:pgSz w:w="11911" w:h="16841"/>
          <w:pgMar w:top="552" w:right="274" w:bottom="74" w:left="1440" w:header="720" w:footer="720" w:gutter="0"/>
          <w:cols w:space="720"/>
          <w:docGrid w:linePitch="360"/>
        </w:sectPr>
      </w:pPr>
    </w:p>
    <w:p w:rsidR="00A15B7D" w:rsidRPr="00064A60" w:rsidRDefault="00A15B7D">
      <w:pPr>
        <w:autoSpaceDE w:val="0"/>
        <w:autoSpaceDN w:val="0"/>
        <w:spacing w:after="348" w:line="220" w:lineRule="exact"/>
        <w:rPr>
          <w:lang w:val="ru-RU"/>
        </w:rPr>
      </w:pPr>
    </w:p>
    <w:p w:rsidR="00A15B7D" w:rsidRPr="00064A60" w:rsidRDefault="009B72EC" w:rsidP="006A0B9A">
      <w:pPr>
        <w:autoSpaceDE w:val="0"/>
        <w:autoSpaceDN w:val="0"/>
        <w:spacing w:after="0" w:line="210" w:lineRule="exact"/>
        <w:ind w:left="284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Настоящим заявление подтверждаю свое согласие на обработку моих персональных данных и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персональных данных моего ребенка МОБУ 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лицей с</w:t>
      </w:r>
      <w:proofErr w:type="gramStart"/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.Б</w:t>
      </w:r>
      <w:proofErr w:type="gramEnd"/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улгаково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_______________________________________________________________________________________ </w:t>
      </w:r>
    </w:p>
    <w:p w:rsidR="00A15B7D" w:rsidRPr="00064A60" w:rsidRDefault="009B72EC">
      <w:pPr>
        <w:autoSpaceDE w:val="0"/>
        <w:autoSpaceDN w:val="0"/>
        <w:spacing w:after="0" w:line="152" w:lineRule="exact"/>
        <w:ind w:right="3746"/>
        <w:jc w:val="right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(Фамилия, Имя, Отчество ребенка) </w:t>
      </w:r>
    </w:p>
    <w:p w:rsidR="00A15B7D" w:rsidRPr="00064A60" w:rsidRDefault="009B72EC" w:rsidP="006A0B9A">
      <w:pPr>
        <w:autoSpaceDE w:val="0"/>
        <w:autoSpaceDN w:val="0"/>
        <w:spacing w:before="108" w:after="0" w:line="210" w:lineRule="exact"/>
        <w:ind w:left="262"/>
        <w:jc w:val="both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в объеме, указанном в заявлении и прилагаемых документах, с целью организации его обучения и </w:t>
      </w:r>
      <w:r w:rsidR="006A0B9A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воспитания при оказании муниципальных услуг, в </w:t>
      </w:r>
      <w:proofErr w:type="gramStart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порядке</w:t>
      </w:r>
      <w:proofErr w:type="gramEnd"/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установленном законодательством Российской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Федерации. Согласие может быть отозвано мной в письменной форме. </w:t>
      </w:r>
    </w:p>
    <w:p w:rsidR="00A15B7D" w:rsidRPr="00064A60" w:rsidRDefault="009B72EC">
      <w:pPr>
        <w:autoSpaceDE w:val="0"/>
        <w:autoSpaceDN w:val="0"/>
        <w:spacing w:before="208" w:after="0" w:line="234" w:lineRule="exact"/>
        <w:ind w:left="404" w:right="1584" w:hanging="14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К заявлению прилагается: </w:t>
      </w:r>
      <w:r w:rsidRPr="00064A60">
        <w:rPr>
          <w:lang w:val="ru-RU"/>
        </w:rPr>
        <w:br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1._______________________________________________________________________; 2._______________________________________________________________________; 3.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_______________________________________________________________________; 4._______________________________________________________________________; 5._______________________________________________________________________; </w:t>
      </w:r>
    </w:p>
    <w:p w:rsidR="00A15B7D" w:rsidRPr="00064A60" w:rsidRDefault="009B72EC">
      <w:pPr>
        <w:autoSpaceDE w:val="0"/>
        <w:autoSpaceDN w:val="0"/>
        <w:spacing w:before="194" w:after="0" w:line="266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______________                 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                 ______________                                    __________________________ </w:t>
      </w:r>
    </w:p>
    <w:p w:rsidR="00A15B7D" w:rsidRPr="00064A60" w:rsidRDefault="009B72EC">
      <w:pPr>
        <w:autoSpaceDE w:val="0"/>
        <w:autoSpaceDN w:val="0"/>
        <w:spacing w:before="70" w:after="0" w:line="174" w:lineRule="exact"/>
        <w:ind w:left="652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Дата                                                                                   </w:t>
      </w:r>
      <w:r w:rsidR="006A0B9A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   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Подпись                                                               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            </w:t>
      </w:r>
      <w:r w:rsidR="006A0B9A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                                    </w:t>
      </w:r>
      <w:r w:rsidRPr="00064A60">
        <w:rPr>
          <w:rFonts w:ascii="Times New Roman" w:eastAsia="Times New Roman" w:hAnsi="Times New Roman"/>
          <w:color w:val="000009"/>
          <w:spacing w:val="-10"/>
          <w:sz w:val="13"/>
          <w:lang w:val="ru-RU"/>
        </w:rPr>
        <w:t xml:space="preserve">   Расшифровка подписи </w:t>
      </w:r>
    </w:p>
    <w:p w:rsidR="00A15B7D" w:rsidRPr="00064A60" w:rsidRDefault="009B72EC" w:rsidP="006A0B9A">
      <w:pPr>
        <w:tabs>
          <w:tab w:val="left" w:pos="1378"/>
          <w:tab w:val="left" w:pos="3306"/>
          <w:tab w:val="left" w:pos="4790"/>
          <w:tab w:val="left" w:pos="5730"/>
          <w:tab w:val="left" w:pos="7610"/>
          <w:tab w:val="left" w:pos="8812"/>
        </w:tabs>
        <w:autoSpaceDE w:val="0"/>
        <w:autoSpaceDN w:val="0"/>
        <w:spacing w:before="142" w:after="0" w:line="254" w:lineRule="exact"/>
        <w:ind w:left="262"/>
        <w:jc w:val="both"/>
        <w:rPr>
          <w:lang w:val="ru-RU"/>
        </w:rPr>
      </w:pP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Даю </w:t>
      </w: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добровольное </w:t>
      </w: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согласие </w:t>
      </w: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на </w:t>
      </w: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прохождение </w:t>
      </w:r>
      <w:r w:rsidRPr="00064A60">
        <w:rPr>
          <w:lang w:val="ru-RU"/>
        </w:rPr>
        <w:tab/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моим </w:t>
      </w:r>
      <w:r w:rsidRPr="00064A60">
        <w:rPr>
          <w:lang w:val="ru-RU"/>
        </w:rPr>
        <w:tab/>
      </w:r>
      <w:r w:rsidR="006A0B9A">
        <w:rPr>
          <w:lang w:val="ru-RU"/>
        </w:rPr>
        <w:t xml:space="preserve">  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>ребенком ________________________________________________________________________________________, являющимся иностранным гражданином или лицом без гражданства,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 тестирования на знание русского </w:t>
      </w:r>
      <w:r w:rsidRPr="00064A60">
        <w:rPr>
          <w:rFonts w:ascii="Times New Roman" w:eastAsia="Times New Roman" w:hAnsi="Times New Roman"/>
          <w:color w:val="000009"/>
          <w:spacing w:val="-10"/>
          <w:sz w:val="20"/>
          <w:lang w:val="ru-RU"/>
        </w:rPr>
        <w:t xml:space="preserve">языка, достаточное для освоения образовательных программ начального общего, основного общего и среднего общего образования. </w:t>
      </w:r>
    </w:p>
    <w:p w:rsidR="00A15B7D" w:rsidRPr="00064A60" w:rsidRDefault="009B72EC">
      <w:pPr>
        <w:autoSpaceDE w:val="0"/>
        <w:autoSpaceDN w:val="0"/>
        <w:spacing w:before="234" w:after="0" w:line="230" w:lineRule="exact"/>
        <w:ind w:left="3168" w:right="3024"/>
        <w:jc w:val="center"/>
        <w:rPr>
          <w:lang w:val="ru-RU"/>
        </w:rPr>
      </w:pPr>
      <w:r w:rsidRPr="00064A60">
        <w:rPr>
          <w:rFonts w:ascii="Times New Roman,Bold" w:eastAsia="Times New Roman,Bold" w:hAnsi="Times New Roman,Bold"/>
          <w:b/>
          <w:color w:val="000000"/>
          <w:spacing w:val="-10"/>
          <w:sz w:val="20"/>
          <w:lang w:val="ru-RU"/>
        </w:rPr>
        <w:t>СОГЛАСИЕ</w:t>
      </w:r>
      <w:r w:rsidRPr="00064A60">
        <w:rPr>
          <w:lang w:val="ru-RU"/>
        </w:rPr>
        <w:br/>
      </w:r>
      <w:r w:rsidRPr="00064A60">
        <w:rPr>
          <w:rFonts w:ascii="Times New Roman,Bold" w:eastAsia="Times New Roman,Bold" w:hAnsi="Times New Roman,Bold"/>
          <w:b/>
          <w:color w:val="000000"/>
          <w:spacing w:val="-10"/>
          <w:sz w:val="20"/>
          <w:lang w:val="ru-RU"/>
        </w:rPr>
        <w:t>на обработку персональных данных</w:t>
      </w:r>
    </w:p>
    <w:p w:rsidR="00A15B7D" w:rsidRPr="00064A60" w:rsidRDefault="00F938C9" w:rsidP="00F938C9">
      <w:pPr>
        <w:autoSpaceDE w:val="0"/>
        <w:autoSpaceDN w:val="0"/>
        <w:spacing w:before="254" w:after="0" w:line="262" w:lineRule="exact"/>
        <w:ind w:left="284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              Даю согласие МОБУ лицей с</w:t>
      </w:r>
      <w:proofErr w:type="gramStart"/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.Б</w:t>
      </w:r>
      <w:proofErr w:type="gramEnd"/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улгаково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на обработку моих персо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нальных данных и персональных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данных </w:t>
      </w:r>
      <w:r>
        <w:rPr>
          <w:lang w:val="ru-RU"/>
        </w:rPr>
        <w:t xml:space="preserve">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моего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ребенка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_________________________________________________________________, свидетельство </w:t>
      </w:r>
      <w:r w:rsidR="009B72EC" w:rsidRPr="00064A60">
        <w:rPr>
          <w:lang w:val="ru-RU"/>
        </w:rPr>
        <w:tab/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о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рождении: серия _______________________ в объеме, указанном в заявлении и прилагаемых документах, а также сведений,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полученных в результате осуществления образовательного процесса, </w:t>
      </w:r>
      <w:r w:rsidR="009B72EC" w:rsidRPr="00064A60">
        <w:rPr>
          <w:rFonts w:ascii="Times New Roman,Bold" w:eastAsia="Times New Roman,Bold" w:hAnsi="Times New Roman,Bold"/>
          <w:b/>
          <w:color w:val="000000"/>
          <w:spacing w:val="-10"/>
          <w:sz w:val="20"/>
          <w:lang w:val="ru-RU"/>
        </w:rPr>
        <w:t>с целью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организации его обучения и воспитания при реализации образовательных программ начального общего и основного общего образования. </w:t>
      </w:r>
    </w:p>
    <w:p w:rsidR="00A15B7D" w:rsidRPr="00064A60" w:rsidRDefault="009B72EC" w:rsidP="00F938C9">
      <w:pPr>
        <w:autoSpaceDE w:val="0"/>
        <w:autoSpaceDN w:val="0"/>
        <w:spacing w:before="276" w:after="0" w:line="220" w:lineRule="exact"/>
        <w:ind w:left="262" w:firstLine="708"/>
        <w:jc w:val="both"/>
        <w:rPr>
          <w:lang w:val="ru-RU"/>
        </w:rPr>
      </w:pPr>
      <w:proofErr w:type="gramStart"/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</w:t>
      </w: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хранение данных при автоматизированной и без использования средств</w:t>
      </w: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автоматизации обработке. </w:t>
      </w:r>
      <w:proofErr w:type="gramEnd"/>
    </w:p>
    <w:p w:rsidR="00A15B7D" w:rsidRPr="00064A60" w:rsidRDefault="00F938C9" w:rsidP="00F938C9">
      <w:pPr>
        <w:autoSpaceDE w:val="0"/>
        <w:autoSpaceDN w:val="0"/>
        <w:spacing w:before="274" w:after="0" w:line="212" w:lineRule="exact"/>
        <w:ind w:left="284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              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Подтверждаю, что ознакомлен</w:t>
      </w: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(-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а</w:t>
      </w: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)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с</w:t>
      </w: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документами МОБУ лицей с</w:t>
      </w:r>
      <w:proofErr w:type="gramStart"/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.Б</w:t>
      </w:r>
      <w:proofErr w:type="gramEnd"/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улгаково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устанавливающими </w:t>
      </w: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порядок обработки персональных данных, а также с моими правами и обязанностями. </w:t>
      </w:r>
    </w:p>
    <w:p w:rsidR="00A15B7D" w:rsidRPr="00064A60" w:rsidRDefault="00F938C9" w:rsidP="00F938C9">
      <w:pPr>
        <w:autoSpaceDE w:val="0"/>
        <w:autoSpaceDN w:val="0"/>
        <w:spacing w:before="278" w:after="0" w:line="210" w:lineRule="exact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                    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Предупрежден(а), что согласие на обработку персональных данных може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т быть отозвано мною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путе</w:t>
      </w:r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м направления МОБУ лицей с</w:t>
      </w:r>
      <w:proofErr w:type="gramStart"/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.Б</w:t>
      </w:r>
      <w:proofErr w:type="gramEnd"/>
      <w:r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улгаково </w:t>
      </w:r>
      <w:r w:rsidR="009B72EC"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 xml:space="preserve"> письменного отзыва. </w:t>
      </w:r>
    </w:p>
    <w:tbl>
      <w:tblPr>
        <w:tblW w:w="0" w:type="auto"/>
        <w:tblInd w:w="120" w:type="dxa"/>
        <w:tblLayout w:type="fixed"/>
        <w:tblLook w:val="04A0"/>
      </w:tblPr>
      <w:tblGrid>
        <w:gridCol w:w="1260"/>
        <w:gridCol w:w="1100"/>
        <w:gridCol w:w="1200"/>
        <w:gridCol w:w="540"/>
        <w:gridCol w:w="640"/>
        <w:gridCol w:w="640"/>
        <w:gridCol w:w="1340"/>
        <w:gridCol w:w="560"/>
        <w:gridCol w:w="1080"/>
        <w:gridCol w:w="1200"/>
      </w:tblGrid>
      <w:tr w:rsidR="00A15B7D">
        <w:trPr>
          <w:trHeight w:hRule="exact" w:val="284"/>
        </w:trPr>
        <w:tc>
          <w:tcPr>
            <w:tcW w:w="126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>Настоящее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 </w:t>
            </w:r>
          </w:p>
        </w:tc>
        <w:tc>
          <w:tcPr>
            <w:tcW w:w="11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согласие 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действует </w:t>
            </w:r>
          </w:p>
        </w:tc>
        <w:tc>
          <w:tcPr>
            <w:tcW w:w="54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со </w:t>
            </w:r>
          </w:p>
        </w:tc>
        <w:tc>
          <w:tcPr>
            <w:tcW w:w="64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дня </w:t>
            </w:r>
          </w:p>
        </w:tc>
        <w:tc>
          <w:tcPr>
            <w:tcW w:w="64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его </w:t>
            </w: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подписания </w:t>
            </w:r>
          </w:p>
        </w:tc>
        <w:tc>
          <w:tcPr>
            <w:tcW w:w="56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до 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jc w:val="center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момента </w:t>
            </w:r>
          </w:p>
        </w:tc>
        <w:tc>
          <w:tcPr>
            <w:tcW w:w="1200" w:type="dxa"/>
            <w:tcMar>
              <w:left w:w="0" w:type="dxa"/>
              <w:right w:w="0" w:type="dxa"/>
            </w:tcMar>
          </w:tcPr>
          <w:p w:rsidR="00A15B7D" w:rsidRDefault="009B72EC">
            <w:pPr>
              <w:autoSpaceDE w:val="0"/>
              <w:autoSpaceDN w:val="0"/>
              <w:spacing w:before="60" w:after="0" w:line="220" w:lineRule="exact"/>
              <w:ind w:left="160"/>
            </w:pPr>
            <w:r>
              <w:rPr>
                <w:rFonts w:ascii="Times New Roman" w:eastAsia="Times New Roman" w:hAnsi="Times New Roman"/>
                <w:color w:val="000000"/>
                <w:spacing w:val="-10"/>
                <w:sz w:val="20"/>
              </w:rPr>
              <w:t xml:space="preserve">отчисления </w:t>
            </w:r>
          </w:p>
        </w:tc>
      </w:tr>
    </w:tbl>
    <w:p w:rsidR="00A15B7D" w:rsidRPr="00064A60" w:rsidRDefault="009B72EC">
      <w:pPr>
        <w:autoSpaceDE w:val="0"/>
        <w:autoSpaceDN w:val="0"/>
        <w:spacing w:before="6" w:after="0" w:line="222" w:lineRule="exact"/>
        <w:ind w:left="262"/>
        <w:rPr>
          <w:lang w:val="ru-RU"/>
        </w:rPr>
      </w:pPr>
      <w:r w:rsidRPr="00064A60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___________________________________ из МОБ</w:t>
      </w:r>
      <w:r w:rsidR="00F938C9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У лицей с</w:t>
      </w:r>
      <w:proofErr w:type="gramStart"/>
      <w:r w:rsidR="00F938C9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.Б</w:t>
      </w:r>
      <w:proofErr w:type="gramEnd"/>
      <w:r w:rsidR="00F938C9">
        <w:rPr>
          <w:rFonts w:ascii="Times New Roman" w:eastAsia="Times New Roman" w:hAnsi="Times New Roman"/>
          <w:color w:val="000000"/>
          <w:spacing w:val="-10"/>
          <w:sz w:val="20"/>
          <w:lang w:val="ru-RU"/>
        </w:rPr>
        <w:t>улгаково</w:t>
      </w:r>
    </w:p>
    <w:sectPr w:rsidR="00A15B7D" w:rsidRPr="00064A60" w:rsidSect="00034616">
      <w:pgSz w:w="11911" w:h="16841"/>
      <w:pgMar w:top="568" w:right="778" w:bottom="46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64A60"/>
    <w:rsid w:val="0015074B"/>
    <w:rsid w:val="0029639D"/>
    <w:rsid w:val="002C7A3C"/>
    <w:rsid w:val="00326F90"/>
    <w:rsid w:val="006A0B9A"/>
    <w:rsid w:val="008E1F06"/>
    <w:rsid w:val="009B72EC"/>
    <w:rsid w:val="00A15B7D"/>
    <w:rsid w:val="00AA1D8D"/>
    <w:rsid w:val="00B47730"/>
    <w:rsid w:val="00CB0664"/>
    <w:rsid w:val="00F938C9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676C4B-61CC-42A8-A967-A1C30474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1107</Words>
  <Characters>6316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</cp:lastModifiedBy>
  <cp:revision>2</cp:revision>
  <cp:lastPrinted>2025-03-24T10:04:00Z</cp:lastPrinted>
  <dcterms:created xsi:type="dcterms:W3CDTF">2025-03-24T10:26:00Z</dcterms:created>
  <dcterms:modified xsi:type="dcterms:W3CDTF">2025-03-24T10:26:00Z</dcterms:modified>
</cp:coreProperties>
</file>